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2F5496"/>
          <w:sz w:val="32"/>
        </w:rPr>
        <w:t>ĐỀ KIỂM TRA TRẮC NGHIỆM KHÁCH QUAN</w:t>
      </w:r>
    </w:p>
    <w:p>
      <w:pPr>
        <w:jc w:val="center"/>
      </w:pPr>
      <w:r>
        <w:rPr>
          <w:rFonts w:ascii="Arial" w:hAnsi="Arial"/>
          <w:i/>
          <w:sz w:val="22"/>
        </w:rPr>
        <w:t>Chủ đề: Hằng Đẳng Thức Đáng Nhớ (Hiệu hai bình phương, Bình phương một tổng/hiệu)</w:t>
        <w:br/>
        <w:t>Môn: Toán - Lớp 8 | Thời gian làm bài: 15 phút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rPr>
                <w:rFonts w:ascii="Arial" w:hAnsi="Arial"/>
                <w:sz w:val="21"/>
              </w:rPr>
              <w:t>Họ và tên học sinh: ......................................................</w:t>
            </w:r>
          </w:p>
        </w:tc>
        <w:tc>
          <w:tcPr>
            <w:tcW w:type="dxa" w:w="4680"/>
          </w:tcPr>
          <w:p>
            <w:r>
              <w:rPr>
                <w:rFonts w:ascii="Arial" w:hAnsi="Arial"/>
                <w:sz w:val="21"/>
              </w:rPr>
              <w:t>Lớp: 8......  Trường: .................................</w:t>
            </w:r>
          </w:p>
        </w:tc>
      </w:tr>
      <w:tr>
        <w:tc>
          <w:tcPr>
            <w:tcW w:type="dxa" w:w="4680"/>
          </w:tcPr>
          <w:p>
            <w:r>
              <w:rPr>
                <w:rFonts w:ascii="Arial" w:hAnsi="Arial"/>
                <w:b/>
                <w:sz w:val="21"/>
              </w:rPr>
              <w:t>Điểm số: ............. / 10.0</w:t>
            </w:r>
          </w:p>
        </w:tc>
        <w:tc>
          <w:tcPr>
            <w:tcW w:type="dxa" w:w="4680"/>
          </w:tcPr>
          <w:p>
            <w:r>
              <w:rPr>
                <w:rFonts w:ascii="Arial" w:hAnsi="Arial"/>
                <w:sz w:val="21"/>
              </w:rPr>
              <w:t>Lời phê của giáo viên: ...........................................</w:t>
            </w:r>
          </w:p>
        </w:tc>
      </w:tr>
    </w:tbl>
    <w:p>
      <w:pPr>
        <w:spacing w:after="240"/>
      </w:pPr>
    </w:p>
    <w:p>
      <w:pPr>
        <w:spacing w:after="240"/>
      </w:pPr>
      <w:r>
        <w:rPr>
          <w:rFonts w:ascii="Arial" w:hAnsi="Arial"/>
          <w:b/>
          <w:sz w:val="22"/>
        </w:rPr>
        <w:t>Phần trắc nghiệm (10 câu - Mỗi câu đúng được 1.0 điểm). Khoanh tròn vào chữ cái đứng trước câu trả lời đúng nhất:</w:t>
      </w:r>
    </w:p>
    <w:p>
      <w:pPr>
        <w:spacing w:before="120" w:after="80"/>
      </w:pPr>
      <w:r>
        <w:rPr>
          <w:rFonts w:ascii="Arial" w:hAnsi="Arial"/>
          <w:b/>
          <w:sz w:val="22"/>
        </w:rPr>
        <w:t>Câu 1: Trong các biểu thức sau, đâu là một hằng đẳng thức (đồng nhất thức)?</w:t>
      </w:r>
    </w:p>
    <w:p>
      <w:pPr>
        <w:spacing w:after="40"/>
      </w:pPr>
      <w:r>
        <w:rPr>
          <w:rFonts w:ascii="Arial" w:hAnsi="Arial"/>
          <w:sz w:val="21"/>
        </w:rPr>
        <w:t xml:space="preserve">    A. x(x + 2) = x² + 2x</w:t>
      </w:r>
    </w:p>
    <w:p>
      <w:pPr>
        <w:spacing w:after="40"/>
      </w:pPr>
      <w:r>
        <w:rPr>
          <w:rFonts w:ascii="Arial" w:hAnsi="Arial"/>
          <w:sz w:val="21"/>
        </w:rPr>
        <w:t xml:space="preserve">    B. x² - 1 = 3x</w:t>
      </w:r>
    </w:p>
    <w:p>
      <w:pPr>
        <w:spacing w:after="40"/>
      </w:pPr>
      <w:r>
        <w:rPr>
          <w:rFonts w:ascii="Arial" w:hAnsi="Arial"/>
          <w:sz w:val="21"/>
        </w:rPr>
        <w:t xml:space="preserve">    C. 2x + 1 = x - 3</w:t>
      </w:r>
    </w:p>
    <w:p>
      <w:pPr>
        <w:spacing w:after="40"/>
      </w:pPr>
      <w:r>
        <w:rPr>
          <w:rFonts w:ascii="Arial" w:hAnsi="Arial"/>
          <w:sz w:val="21"/>
        </w:rPr>
        <w:t xml:space="preserve">    D. x(x - 1) = x² - 1</w:t>
      </w:r>
    </w:p>
    <w:p>
      <w:pPr>
        <w:spacing w:before="120" w:after="80"/>
      </w:pPr>
      <w:r>
        <w:rPr>
          <w:rFonts w:ascii="Arial" w:hAnsi="Arial"/>
          <w:b/>
          <w:sz w:val="22"/>
        </w:rPr>
        <w:t>Câu 2: Khai triển biểu thức (x + 2y)² ta được kết quả là:</w:t>
      </w:r>
    </w:p>
    <w:p>
      <w:pPr>
        <w:spacing w:after="40"/>
      </w:pPr>
      <w:r>
        <w:rPr>
          <w:rFonts w:ascii="Arial" w:hAnsi="Arial"/>
          <w:sz w:val="21"/>
        </w:rPr>
        <w:t xml:space="preserve">    A. x² + 2xy + 4y²</w:t>
      </w:r>
    </w:p>
    <w:p>
      <w:pPr>
        <w:spacing w:after="40"/>
      </w:pPr>
      <w:r>
        <w:rPr>
          <w:rFonts w:ascii="Arial" w:hAnsi="Arial"/>
          <w:sz w:val="21"/>
        </w:rPr>
        <w:t xml:space="preserve">    B. x² + 4xy + 4y²</w:t>
      </w:r>
    </w:p>
    <w:p>
      <w:pPr>
        <w:spacing w:after="40"/>
      </w:pPr>
      <w:r>
        <w:rPr>
          <w:rFonts w:ascii="Arial" w:hAnsi="Arial"/>
          <w:sz w:val="21"/>
        </w:rPr>
        <w:t xml:space="preserve">    C. x² + 4xy + 2y²</w:t>
      </w:r>
    </w:p>
    <w:p>
      <w:pPr>
        <w:spacing w:after="40"/>
      </w:pPr>
      <w:r>
        <w:rPr>
          <w:rFonts w:ascii="Arial" w:hAnsi="Arial"/>
          <w:sz w:val="21"/>
        </w:rPr>
        <w:t xml:space="preserve">    D. x² + 4y²</w:t>
      </w:r>
    </w:p>
    <w:p>
      <w:pPr>
        <w:spacing w:before="120" w:after="80"/>
      </w:pPr>
      <w:r>
        <w:rPr>
          <w:rFonts w:ascii="Arial" w:hAnsi="Arial"/>
          <w:b/>
          <w:sz w:val="22"/>
        </w:rPr>
        <w:t>Câu 3: Khai triển biểu thức (3a - 1)(3a + 1) ta thu được:</w:t>
      </w:r>
    </w:p>
    <w:p>
      <w:pPr>
        <w:spacing w:after="40"/>
      </w:pPr>
      <w:r>
        <w:rPr>
          <w:rFonts w:ascii="Arial" w:hAnsi="Arial"/>
          <w:sz w:val="21"/>
        </w:rPr>
        <w:t xml:space="preserve">    A. 3a² - 1</w:t>
      </w:r>
    </w:p>
    <w:p>
      <w:pPr>
        <w:spacing w:after="40"/>
      </w:pPr>
      <w:r>
        <w:rPr>
          <w:rFonts w:ascii="Arial" w:hAnsi="Arial"/>
          <w:sz w:val="21"/>
        </w:rPr>
        <w:t xml:space="preserve">    B. 9a² - 1</w:t>
      </w:r>
    </w:p>
    <w:p>
      <w:pPr>
        <w:spacing w:after="40"/>
      </w:pPr>
      <w:r>
        <w:rPr>
          <w:rFonts w:ascii="Arial" w:hAnsi="Arial"/>
          <w:sz w:val="21"/>
        </w:rPr>
        <w:t xml:space="preserve">    C. 9a² + 1</w:t>
      </w:r>
    </w:p>
    <w:p>
      <w:pPr>
        <w:spacing w:after="40"/>
      </w:pPr>
      <w:r>
        <w:rPr>
          <w:rFonts w:ascii="Arial" w:hAnsi="Arial"/>
          <w:sz w:val="21"/>
        </w:rPr>
        <w:t xml:space="preserve">    D. 9a - 1</w:t>
      </w:r>
    </w:p>
    <w:p>
      <w:pPr>
        <w:spacing w:before="120" w:after="80"/>
      </w:pPr>
      <w:r>
        <w:rPr>
          <w:rFonts w:ascii="Arial" w:hAnsi="Arial"/>
          <w:b/>
          <w:sz w:val="22"/>
        </w:rPr>
        <w:t>Câu 4: Kết quả của phép khai triển (2x - 3)² là:</w:t>
      </w:r>
    </w:p>
    <w:p>
      <w:pPr>
        <w:spacing w:after="40"/>
      </w:pPr>
      <w:r>
        <w:rPr>
          <w:rFonts w:ascii="Arial" w:hAnsi="Arial"/>
          <w:sz w:val="21"/>
        </w:rPr>
        <w:t xml:space="preserve">    A. 4x² - 12x + 9</w:t>
      </w:r>
    </w:p>
    <w:p>
      <w:pPr>
        <w:spacing w:after="40"/>
      </w:pPr>
      <w:r>
        <w:rPr>
          <w:rFonts w:ascii="Arial" w:hAnsi="Arial"/>
          <w:sz w:val="21"/>
        </w:rPr>
        <w:t xml:space="preserve">    B. 4x² - 6x + 9</w:t>
      </w:r>
    </w:p>
    <w:p>
      <w:pPr>
        <w:spacing w:after="40"/>
      </w:pPr>
      <w:r>
        <w:rPr>
          <w:rFonts w:ascii="Arial" w:hAnsi="Arial"/>
          <w:sz w:val="21"/>
        </w:rPr>
        <w:t xml:space="preserve">    C. 4x² - 9</w:t>
      </w:r>
    </w:p>
    <w:p>
      <w:pPr>
        <w:spacing w:after="40"/>
      </w:pPr>
      <w:r>
        <w:rPr>
          <w:rFonts w:ascii="Arial" w:hAnsi="Arial"/>
          <w:sz w:val="21"/>
        </w:rPr>
        <w:t xml:space="preserve">    D. 2x² - 12x + 9</w:t>
      </w:r>
    </w:p>
    <w:p>
      <w:pPr>
        <w:spacing w:before="120" w:after="80"/>
      </w:pPr>
      <w:r>
        <w:rPr>
          <w:rFonts w:ascii="Arial" w:hAnsi="Arial"/>
          <w:b/>
          <w:sz w:val="22"/>
        </w:rPr>
        <w:t>Câu 5: Khai triển biểu thức (½x + 4)² cho kết quả nào sau đây?</w:t>
      </w:r>
    </w:p>
    <w:p>
      <w:pPr>
        <w:spacing w:after="40"/>
      </w:pPr>
      <w:r>
        <w:rPr>
          <w:rFonts w:ascii="Arial" w:hAnsi="Arial"/>
          <w:sz w:val="21"/>
        </w:rPr>
        <w:t xml:space="preserve">    A. ¼x² + 4x + 16</w:t>
      </w:r>
    </w:p>
    <w:p>
      <w:pPr>
        <w:spacing w:after="40"/>
      </w:pPr>
      <w:r>
        <w:rPr>
          <w:rFonts w:ascii="Arial" w:hAnsi="Arial"/>
          <w:sz w:val="21"/>
        </w:rPr>
        <w:t xml:space="preserve">    B. ¼x² + 2x + 16</w:t>
      </w:r>
    </w:p>
    <w:p>
      <w:pPr>
        <w:spacing w:after="40"/>
      </w:pPr>
      <w:r>
        <w:rPr>
          <w:rFonts w:ascii="Arial" w:hAnsi="Arial"/>
          <w:sz w:val="21"/>
        </w:rPr>
        <w:t xml:space="preserve">    C. ½x² + 4x + 16</w:t>
      </w:r>
    </w:p>
    <w:p>
      <w:pPr>
        <w:spacing w:after="40"/>
      </w:pPr>
      <w:r>
        <w:rPr>
          <w:rFonts w:ascii="Arial" w:hAnsi="Arial"/>
          <w:sz w:val="21"/>
        </w:rPr>
        <w:t xml:space="preserve">    D. ¼x² + 16</w:t>
      </w:r>
    </w:p>
    <w:p>
      <w:pPr>
        <w:spacing w:before="120" w:after="80"/>
      </w:pPr>
      <w:r>
        <w:rPr>
          <w:rFonts w:ascii="Arial" w:hAnsi="Arial"/>
          <w:b/>
          <w:sz w:val="22"/>
        </w:rPr>
        <w:t>Câu 6: Một học sinh khai triển hằng đẳng thức như sau: (3x + y)² = 3x² + 6xy + y². Sai lầm của học sinh này nằm ở đâu?</w:t>
      </w:r>
    </w:p>
    <w:p>
      <w:pPr>
        <w:spacing w:after="40"/>
      </w:pPr>
      <w:r>
        <w:rPr>
          <w:rFonts w:ascii="Arial" w:hAnsi="Arial"/>
          <w:sz w:val="21"/>
        </w:rPr>
        <w:t xml:space="preserve">    A. Quên bình phương hệ số của biểu thức thứ nhất (3x)², đúng ra phải là 9x².</w:t>
      </w:r>
    </w:p>
    <w:p>
      <w:pPr>
        <w:spacing w:after="40"/>
      </w:pPr>
      <w:r>
        <w:rPr>
          <w:rFonts w:ascii="Arial" w:hAnsi="Arial"/>
          <w:sz w:val="21"/>
        </w:rPr>
        <w:t xml:space="preserve">    B. Xác định sai hạng tử thứ hai trong khai triển.</w:t>
      </w:r>
    </w:p>
    <w:p>
      <w:pPr>
        <w:spacing w:after="40"/>
      </w:pPr>
      <w:r>
        <w:rPr>
          <w:rFonts w:ascii="Arial" w:hAnsi="Arial"/>
          <w:sz w:val="21"/>
        </w:rPr>
        <w:t xml:space="preserve">    C. Viết sai dấu của hạng tử thứ ba.</w:t>
      </w:r>
    </w:p>
    <w:p>
      <w:pPr>
        <w:spacing w:after="40"/>
      </w:pPr>
      <w:r>
        <w:rPr>
          <w:rFonts w:ascii="Arial" w:hAnsi="Arial"/>
          <w:sz w:val="21"/>
        </w:rPr>
        <w:t xml:space="preserve">    D. Sai lầm khi nhân hạng tử thứ nhất với hạng tử thứ hai.</w:t>
      </w:r>
    </w:p>
    <w:p>
      <w:pPr>
        <w:spacing w:before="120" w:after="80"/>
      </w:pPr>
      <w:r>
        <w:rPr>
          <w:rFonts w:ascii="Arial" w:hAnsi="Arial"/>
          <w:b/>
          <w:sz w:val="22"/>
        </w:rPr>
        <w:t>Câu 7: Phát biểu nào sau đây chỉ ra lỗi sai phổ biến nhất khi viết (x - 5)²?</w:t>
      </w:r>
    </w:p>
    <w:p>
      <w:pPr>
        <w:spacing w:after="40"/>
      </w:pPr>
      <w:r>
        <w:rPr>
          <w:rFonts w:ascii="Arial" w:hAnsi="Arial"/>
          <w:sz w:val="21"/>
        </w:rPr>
        <w:t xml:space="preserve">    A. Viết kết quả thành x² - 25 (thiếu hạng tử -2ab ở giữa).</w:t>
      </w:r>
    </w:p>
    <w:p>
      <w:pPr>
        <w:spacing w:after="40"/>
      </w:pPr>
      <w:r>
        <w:rPr>
          <w:rFonts w:ascii="Arial" w:hAnsi="Arial"/>
          <w:sz w:val="21"/>
        </w:rPr>
        <w:t xml:space="preserve">    B. Viết kết quả thành x² - 10x - 25.</w:t>
      </w:r>
    </w:p>
    <w:p>
      <w:pPr>
        <w:spacing w:after="40"/>
      </w:pPr>
      <w:r>
        <w:rPr>
          <w:rFonts w:ascii="Arial" w:hAnsi="Arial"/>
          <w:sz w:val="21"/>
        </w:rPr>
        <w:t xml:space="preserve">    C. Viết kết quả thành x² + 10x + 25.</w:t>
      </w:r>
    </w:p>
    <w:p>
      <w:pPr>
        <w:spacing w:after="40"/>
      </w:pPr>
      <w:r>
        <w:rPr>
          <w:rFonts w:ascii="Arial" w:hAnsi="Arial"/>
          <w:sz w:val="21"/>
        </w:rPr>
        <w:t xml:space="preserve">    D. Viết kết quả thành x² - 5x + 25.</w:t>
      </w:r>
    </w:p>
    <w:p>
      <w:pPr>
        <w:spacing w:before="120" w:after="80"/>
      </w:pPr>
      <w:r>
        <w:rPr>
          <w:rFonts w:ascii="Arial" w:hAnsi="Arial"/>
          <w:b/>
          <w:sz w:val="22"/>
        </w:rPr>
        <w:t>Câu 8: Biểu thức x² + 4x + 4 có thể viết gọn dưới dạng bình phương nào?</w:t>
      </w:r>
    </w:p>
    <w:p>
      <w:pPr>
        <w:spacing w:after="40"/>
      </w:pPr>
      <w:r>
        <w:rPr>
          <w:rFonts w:ascii="Arial" w:hAnsi="Arial"/>
          <w:sz w:val="21"/>
        </w:rPr>
        <w:t xml:space="preserve">    A. (x + 4)²</w:t>
      </w:r>
    </w:p>
    <w:p>
      <w:pPr>
        <w:spacing w:after="40"/>
      </w:pPr>
      <w:r>
        <w:rPr>
          <w:rFonts w:ascii="Arial" w:hAnsi="Arial"/>
          <w:sz w:val="21"/>
        </w:rPr>
        <w:t xml:space="preserve">    B. (x + 2)²</w:t>
      </w:r>
    </w:p>
    <w:p>
      <w:pPr>
        <w:spacing w:after="40"/>
      </w:pPr>
      <w:r>
        <w:rPr>
          <w:rFonts w:ascii="Arial" w:hAnsi="Arial"/>
          <w:sz w:val="21"/>
        </w:rPr>
        <w:t xml:space="preserve">    C. (x - 2)²</w:t>
      </w:r>
    </w:p>
    <w:p>
      <w:pPr>
        <w:spacing w:after="40"/>
      </w:pPr>
      <w:r>
        <w:rPr>
          <w:rFonts w:ascii="Arial" w:hAnsi="Arial"/>
          <w:sz w:val="21"/>
        </w:rPr>
        <w:t xml:space="preserve">    D. (2x + 2)²</w:t>
      </w:r>
    </w:p>
    <w:p>
      <w:pPr>
        <w:spacing w:before="120" w:after="80"/>
      </w:pPr>
      <w:r>
        <w:rPr>
          <w:rFonts w:ascii="Arial" w:hAnsi="Arial"/>
          <w:b/>
          <w:sz w:val="22"/>
        </w:rPr>
        <w:t>Câu 9: Viết biểu thức 9y² - 12y + 4 dưới dạng bình phương của một hiệu:</w:t>
      </w:r>
    </w:p>
    <w:p>
      <w:pPr>
        <w:spacing w:after="40"/>
      </w:pPr>
      <w:r>
        <w:rPr>
          <w:rFonts w:ascii="Arial" w:hAnsi="Arial"/>
          <w:sz w:val="21"/>
        </w:rPr>
        <w:t xml:space="preserve">    A. (3y - 2)²</w:t>
      </w:r>
    </w:p>
    <w:p>
      <w:pPr>
        <w:spacing w:after="40"/>
      </w:pPr>
      <w:r>
        <w:rPr>
          <w:rFonts w:ascii="Arial" w:hAnsi="Arial"/>
          <w:sz w:val="21"/>
        </w:rPr>
        <w:t xml:space="preserve">    B. (9y - 2)²</w:t>
      </w:r>
    </w:p>
    <w:p>
      <w:pPr>
        <w:spacing w:after="40"/>
      </w:pPr>
      <w:r>
        <w:rPr>
          <w:rFonts w:ascii="Arial" w:hAnsi="Arial"/>
          <w:sz w:val="21"/>
        </w:rPr>
        <w:t xml:space="preserve">    C. (3y - 4)²</w:t>
      </w:r>
    </w:p>
    <w:p>
      <w:pPr>
        <w:spacing w:after="40"/>
      </w:pPr>
      <w:r>
        <w:rPr>
          <w:rFonts w:ascii="Arial" w:hAnsi="Arial"/>
          <w:sz w:val="21"/>
        </w:rPr>
        <w:t xml:space="preserve">    D. (3y + 2)²</w:t>
      </w:r>
    </w:p>
    <w:p>
      <w:pPr>
        <w:spacing w:before="120" w:after="80"/>
      </w:pPr>
      <w:r>
        <w:rPr>
          <w:rFonts w:ascii="Arial" w:hAnsi="Arial"/>
          <w:b/>
          <w:sz w:val="22"/>
        </w:rPr>
        <w:t>Câu 10: Biểu thức nào sau đây tương ứng với 25x² + 10xy + y²?</w:t>
      </w:r>
    </w:p>
    <w:p>
      <w:pPr>
        <w:spacing w:after="40"/>
      </w:pPr>
      <w:r>
        <w:rPr>
          <w:rFonts w:ascii="Arial" w:hAnsi="Arial"/>
          <w:sz w:val="21"/>
        </w:rPr>
        <w:t xml:space="preserve">    A. (25x + y)²</w:t>
      </w:r>
    </w:p>
    <w:p>
      <w:pPr>
        <w:spacing w:after="40"/>
      </w:pPr>
      <w:r>
        <w:rPr>
          <w:rFonts w:ascii="Arial" w:hAnsi="Arial"/>
          <w:sz w:val="21"/>
        </w:rPr>
        <w:t xml:space="preserve">    B. (5x + y)²</w:t>
      </w:r>
    </w:p>
    <w:p>
      <w:pPr>
        <w:spacing w:after="40"/>
      </w:pPr>
      <w:r>
        <w:rPr>
          <w:rFonts w:ascii="Arial" w:hAnsi="Arial"/>
          <w:sz w:val="21"/>
        </w:rPr>
        <w:t xml:space="preserve">    C. (5x - y)²</w:t>
      </w:r>
    </w:p>
    <w:p>
      <w:pPr>
        <w:spacing w:after="40"/>
      </w:pPr>
      <w:r>
        <w:rPr>
          <w:rFonts w:ascii="Arial" w:hAnsi="Arial"/>
          <w:sz w:val="21"/>
        </w:rPr>
        <w:t xml:space="preserve">    D. (5x + 2y)²</w:t>
      </w:r>
    </w:p>
    <w:p>
      <w:r>
        <w:br w:type="page"/>
      </w:r>
    </w:p>
    <w:p>
      <w:pPr>
        <w:spacing w:after="240"/>
      </w:pPr>
      <w:r>
        <w:rPr>
          <w:rFonts w:ascii="Arial" w:hAnsi="Arial"/>
          <w:b/>
          <w:color w:val="2F5496"/>
          <w:sz w:val="28"/>
        </w:rPr>
        <w:t>BẢNG ĐÁP ÁN CHI TIẾT (DÀNH CHO GIÁO VIÊN)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1440"/>
            <w:shd w:val="clear" w:color="auto" w:fill="2F5496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2"/>
              </w:rPr>
              <w:t>Câu</w:t>
            </w:r>
          </w:p>
        </w:tc>
        <w:tc>
          <w:tcPr>
            <w:tcW w:type="dxa" w:w="2160"/>
            <w:shd w:val="clear" w:color="auto" w:fill="2F5496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2"/>
              </w:rPr>
              <w:t>Đáp án đúng</w:t>
            </w:r>
          </w:p>
        </w:tc>
        <w:tc>
          <w:tcPr>
            <w:tcW w:type="dxa" w:w="5760"/>
            <w:shd w:val="clear" w:color="auto" w:fill="2F5496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2"/>
              </w:rPr>
              <w:t>Giải thích chi tiết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A</w:t>
            </w:r>
          </w:p>
        </w:tc>
        <w:tc>
          <w:tcPr>
            <w:tcW w:type="dxa" w:w="5760"/>
          </w:tcPr>
          <w:p>
            <w:r>
              <w:rPr>
                <w:rFonts w:ascii="Arial" w:hAnsi="Arial"/>
                <w:sz w:val="20"/>
              </w:rPr>
              <w:t>Hằng đẳng thức là đẳng thức luôn đúng với mọi giá trị của biến. Đẳng thức x(x + 2) = x² + 2x thỏa mãn điều này.</w:t>
            </w:r>
          </w:p>
        </w:tc>
      </w:tr>
      <w:tr>
        <w:tc>
          <w:tcPr>
            <w:tcW w:type="dxa" w:w="1440"/>
            <w:shd w:val="clear" w:color="auto" w:fill="F2F4F8"/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type="dxa" w:w="2160"/>
            <w:shd w:val="clear" w:color="auto" w:fill="F2F4F8"/>
          </w:tcPr>
          <w:p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B</w:t>
            </w:r>
          </w:p>
        </w:tc>
        <w:tc>
          <w:tcPr>
            <w:tcW w:type="dxa" w:w="5760"/>
            <w:shd w:val="clear" w:color="auto" w:fill="F2F4F8"/>
          </w:tcPr>
          <w:p>
            <w:r>
              <w:rPr>
                <w:rFonts w:ascii="Arial" w:hAnsi="Arial"/>
                <w:sz w:val="20"/>
              </w:rPr>
              <w:t>Khai triển theo công thức bình phương một tổng: (x + 2y)² = x² + 2.x.(2y) + (2y)² = x² + 4xy + 4y².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B</w:t>
            </w:r>
          </w:p>
        </w:tc>
        <w:tc>
          <w:tcPr>
            <w:tcW w:type="dxa" w:w="5760"/>
          </w:tcPr>
          <w:p>
            <w:r>
              <w:rPr>
                <w:rFonts w:ascii="Arial" w:hAnsi="Arial"/>
                <w:sz w:val="20"/>
              </w:rPr>
              <w:t>Áp dụng công thức hiệu hai bình phương: (3a - 1)(3a + 1) = (3a)² - 1² = 9a² - 1.</w:t>
            </w:r>
          </w:p>
        </w:tc>
      </w:tr>
      <w:tr>
        <w:tc>
          <w:tcPr>
            <w:tcW w:type="dxa" w:w="1440"/>
            <w:shd w:val="clear" w:color="auto" w:fill="F2F4F8"/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type="dxa" w:w="2160"/>
            <w:shd w:val="clear" w:color="auto" w:fill="F2F4F8"/>
          </w:tcPr>
          <w:p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A</w:t>
            </w:r>
          </w:p>
        </w:tc>
        <w:tc>
          <w:tcPr>
            <w:tcW w:type="dxa" w:w="5760"/>
            <w:shd w:val="clear" w:color="auto" w:fill="F2F4F8"/>
          </w:tcPr>
          <w:p>
            <w:r>
              <w:rPr>
                <w:rFonts w:ascii="Arial" w:hAnsi="Arial"/>
                <w:sz w:val="20"/>
              </w:rPr>
              <w:t>Áp dụng bình phương một hiệu: (2x - 3)² = (2x)² - 2.(2x).3 + 3² = 4x² - 12x + 9.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A</w:t>
            </w:r>
          </w:p>
        </w:tc>
        <w:tc>
          <w:tcPr>
            <w:tcW w:type="dxa" w:w="5760"/>
          </w:tcPr>
          <w:p>
            <w:r>
              <w:rPr>
                <w:rFonts w:ascii="Arial" w:hAnsi="Arial"/>
                <w:sz w:val="20"/>
              </w:rPr>
              <w:t>Khai triển: (½x + 4)² = (½x)² + 2.(½x).4 + 4² = ¼x² + 4x + 16.</w:t>
            </w:r>
          </w:p>
        </w:tc>
      </w:tr>
      <w:tr>
        <w:tc>
          <w:tcPr>
            <w:tcW w:type="dxa" w:w="1440"/>
            <w:shd w:val="clear" w:color="auto" w:fill="F2F4F8"/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type="dxa" w:w="2160"/>
            <w:shd w:val="clear" w:color="auto" w:fill="F2F4F8"/>
          </w:tcPr>
          <w:p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A</w:t>
            </w:r>
          </w:p>
        </w:tc>
        <w:tc>
          <w:tcPr>
            <w:tcW w:type="dxa" w:w="5760"/>
            <w:shd w:val="clear" w:color="auto" w:fill="F2F4F8"/>
          </w:tcPr>
          <w:p>
            <w:r>
              <w:rPr>
                <w:rFonts w:ascii="Arial" w:hAnsi="Arial"/>
                <w:sz w:val="20"/>
              </w:rPr>
              <w:t>Lỗi sai phổ biến là quên bình phương hệ số của biểu thức thứ nhất, viết (3x)² thành 3x² thay vì phải là 9x².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A</w:t>
            </w:r>
          </w:p>
        </w:tc>
        <w:tc>
          <w:tcPr>
            <w:tcW w:type="dxa" w:w="5760"/>
          </w:tcPr>
          <w:p>
            <w:r>
              <w:rPr>
                <w:rFonts w:ascii="Arial" w:hAnsi="Arial"/>
                <w:sz w:val="20"/>
              </w:rPr>
              <w:t>Học sinh thường mắc sai lầm viết (x - 5)² = x² - 25, tức là quên mất hạng tử 2ab ở giữa (ở đây là -10x).</w:t>
            </w:r>
          </w:p>
        </w:tc>
      </w:tr>
      <w:tr>
        <w:tc>
          <w:tcPr>
            <w:tcW w:type="dxa" w:w="1440"/>
            <w:shd w:val="clear" w:color="auto" w:fill="F2F4F8"/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type="dxa" w:w="2160"/>
            <w:shd w:val="clear" w:color="auto" w:fill="F2F4F8"/>
          </w:tcPr>
          <w:p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B</w:t>
            </w:r>
          </w:p>
        </w:tc>
        <w:tc>
          <w:tcPr>
            <w:tcW w:type="dxa" w:w="5760"/>
            <w:shd w:val="clear" w:color="auto" w:fill="F2F4F8"/>
          </w:tcPr>
          <w:p>
            <w:r>
              <w:rPr>
                <w:rFonts w:ascii="Arial" w:hAnsi="Arial"/>
                <w:sz w:val="20"/>
              </w:rPr>
              <w:t>Biểu thức x² + 4x + 4 = x² + 2.x.2 + 2² = (x + 2)².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9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A</w:t>
            </w:r>
          </w:p>
        </w:tc>
        <w:tc>
          <w:tcPr>
            <w:tcW w:type="dxa" w:w="5760"/>
          </w:tcPr>
          <w:p>
            <w:r>
              <w:rPr>
                <w:rFonts w:ascii="Arial" w:hAnsi="Arial"/>
                <w:sz w:val="20"/>
              </w:rPr>
              <w:t>Đưa về dạng bình phương một hiệu: 9y² - 12y + 4 = (3y)² - 2.(3y).2 + 2² = (3y - 2)².</w:t>
            </w:r>
          </w:p>
        </w:tc>
      </w:tr>
      <w:tr>
        <w:tc>
          <w:tcPr>
            <w:tcW w:type="dxa" w:w="1440"/>
            <w:shd w:val="clear" w:color="auto" w:fill="F2F4F8"/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type="dxa" w:w="2160"/>
            <w:shd w:val="clear" w:color="auto" w:fill="F2F4F8"/>
          </w:tcPr>
          <w:p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B</w:t>
            </w:r>
          </w:p>
        </w:tc>
        <w:tc>
          <w:tcPr>
            <w:tcW w:type="dxa" w:w="5760"/>
            <w:shd w:val="clear" w:color="auto" w:fill="F2F4F8"/>
          </w:tcPr>
          <w:p>
            <w:r>
              <w:rPr>
                <w:rFonts w:ascii="Arial" w:hAnsi="Arial"/>
                <w:sz w:val="20"/>
              </w:rPr>
              <w:t>Biểu thức 25x² + 10xy + y² = (5x)² + 2.(5x).y + y² = (5x + y)².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8"/>
      </w:rPr>
      <w:t xml:space="preserve">Trang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