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F5496"/>
          <w:sz w:val="32"/>
        </w:rPr>
        <w:t>TÀI LIỆU TOÁN ĐẠI SỐ LỚP 8</w:t>
        <w:br/>
        <w:t>BÀI 1: ĐƠN THỨC</w:t>
      </w:r>
    </w:p>
    <w:p>
      <w:pPr>
        <w:jc w:val="center"/>
      </w:pPr>
      <w:r>
        <w:rPr>
          <w:i/>
          <w:sz w:val="22"/>
        </w:rPr>
        <w:t>Bao gồm: 10 Câu hỏi trắc nghiệm khách quan &amp; Phiếu học tập bổ trợ trên lớp</w:t>
      </w:r>
    </w:p>
    <w:p>
      <w:pPr>
        <w:spacing w:after="240"/>
      </w:pPr>
    </w:p>
    <w:p>
      <w:pPr>
        <w:pStyle w:val="Heading1"/>
      </w:pPr>
      <w:r>
        <w:rPr>
          <w:color w:val="2F5496"/>
        </w:rPr>
        <w:t>A. 10 CÂU HỎI TRẮC NGHIỆM ĐƠN THỨC TOÁN 8</w:t>
      </w:r>
    </w:p>
    <w:p>
      <w:r>
        <w:t>Học sinh hãy chọn một đáp án đúng nhất cho các câu hỏi dưới đây:</w:t>
      </w:r>
    </w:p>
    <w:p>
      <w:pPr>
        <w:spacing w:before="120" w:after="40"/>
      </w:pPr>
      <w:r>
        <w:rPr>
          <w:i/>
          <w:color w:val="787878"/>
        </w:rPr>
        <w:t>[Mức độ 1: Nhận biết]</w:t>
      </w:r>
    </w:p>
    <w:p>
      <w:pPr>
        <w:spacing w:after="80"/>
      </w:pPr>
      <w:r>
        <w:rPr>
          <w:b/>
        </w:rPr>
        <w:t>Câu 1. Trong các biểu thức sau, biểu thức nào là một đơn thức?</w:t>
      </w:r>
    </w:p>
    <w:p>
      <w:pPr>
        <w:spacing w:after="40"/>
        <w:ind w:left="360"/>
      </w:pPr>
      <w:r>
        <w:t>A. x + 2y</w:t>
      </w:r>
    </w:p>
    <w:p>
      <w:pPr>
        <w:spacing w:after="40"/>
        <w:ind w:left="360"/>
      </w:pPr>
      <w:r>
        <w:t>B. 3x^3y</w:t>
      </w:r>
    </w:p>
    <w:p>
      <w:pPr>
        <w:spacing w:after="40"/>
        <w:ind w:left="360"/>
      </w:pPr>
      <w:r>
        <w:t>C. \sqrt{x}</w:t>
      </w:r>
    </w:p>
    <w:p>
      <w:pPr>
        <w:spacing w:after="40"/>
        <w:ind w:left="360"/>
      </w:pPr>
      <w:r>
        <w:t>D. x^2 - 2x</w:t>
      </w:r>
    </w:p>
    <w:p>
      <w:pPr>
        <w:spacing w:before="120" w:after="40"/>
      </w:pPr>
      <w:r>
        <w:rPr>
          <w:i/>
          <w:color w:val="787878"/>
        </w:rPr>
        <w:t>[Mức độ 1: Nhận biết]</w:t>
      </w:r>
    </w:p>
    <w:p>
      <w:pPr>
        <w:spacing w:after="80"/>
      </w:pPr>
      <w:r>
        <w:rPr>
          <w:b/>
        </w:rPr>
        <w:t>Câu 2. Đơn thức nào sau đây là đơn thức đã được thu gọn?</w:t>
      </w:r>
    </w:p>
    <w:p>
      <w:pPr>
        <w:spacing w:after="40"/>
        <w:ind w:left="360"/>
      </w:pPr>
      <w:r>
        <w:t>A. 2xy(-3)x^2</w:t>
      </w:r>
    </w:p>
    <w:p>
      <w:pPr>
        <w:spacing w:after="40"/>
        <w:ind w:left="360"/>
      </w:pPr>
      <w:r>
        <w:t>B. 4,5x^2y(-2)xyz</w:t>
      </w:r>
    </w:p>
    <w:p>
      <w:pPr>
        <w:spacing w:after="40"/>
        <w:ind w:left="360"/>
      </w:pPr>
      <w:r>
        <w:t>C. 5x^2y^3z</w:t>
      </w:r>
    </w:p>
    <w:p>
      <w:pPr>
        <w:spacing w:after="40"/>
        <w:ind w:left="360"/>
      </w:pPr>
      <w:r>
        <w:t>D. 0,5xy^2 * 4x^2</w:t>
      </w:r>
    </w:p>
    <w:p>
      <w:pPr>
        <w:spacing w:before="120" w:after="40"/>
      </w:pPr>
      <w:r>
        <w:rPr>
          <w:i/>
          <w:color w:val="787878"/>
        </w:rPr>
        <w:t>[Mức độ 1: Nhận biết]</w:t>
      </w:r>
    </w:p>
    <w:p>
      <w:pPr>
        <w:spacing w:after="80"/>
      </w:pPr>
      <w:r>
        <w:rPr>
          <w:b/>
        </w:rPr>
        <w:t>Câu 3. Bậc của một đơn thức thu gọn có hệ số khác 0 là gì?</w:t>
      </w:r>
    </w:p>
    <w:p>
      <w:pPr>
        <w:spacing w:after="40"/>
        <w:ind w:left="360"/>
      </w:pPr>
      <w:r>
        <w:t>A. Số mũ lớn nhất trong tất cả các biến của đơn thức đó.</w:t>
      </w:r>
    </w:p>
    <w:p>
      <w:pPr>
        <w:spacing w:after="40"/>
        <w:ind w:left="360"/>
      </w:pPr>
      <w:r>
        <w:t>B. Tổng số mũ của tất cả các biến có trong đơn thức đó.</w:t>
      </w:r>
    </w:p>
    <w:p>
      <w:pPr>
        <w:spacing w:after="40"/>
        <w:ind w:left="360"/>
      </w:pPr>
      <w:r>
        <w:t>C. Hệ số nhân với tổng số mũ của các biến.</w:t>
      </w:r>
    </w:p>
    <w:p>
      <w:pPr>
        <w:spacing w:after="40"/>
        <w:ind w:left="360"/>
      </w:pPr>
      <w:r>
        <w:t>D. Số mũ của biến đứng ở đầu tiên.</w:t>
      </w:r>
    </w:p>
    <w:p>
      <w:pPr>
        <w:spacing w:before="120" w:after="40"/>
      </w:pPr>
      <w:r>
        <w:rPr>
          <w:i/>
          <w:color w:val="787878"/>
        </w:rPr>
        <w:t>[Mức độ 1: Nhận biết]</w:t>
      </w:r>
    </w:p>
    <w:p>
      <w:pPr>
        <w:spacing w:after="80"/>
      </w:pPr>
      <w:r>
        <w:rPr>
          <w:b/>
        </w:rPr>
        <w:t>Câu 4. Hai đơn thức đồng dạng là hai đơn thức như thế nào?</w:t>
      </w:r>
    </w:p>
    <w:p>
      <w:pPr>
        <w:spacing w:after="40"/>
        <w:ind w:left="360"/>
      </w:pPr>
      <w:r>
        <w:t>A. Có phần biến giống nhau và hệ số khác 0.</w:t>
      </w:r>
    </w:p>
    <w:p>
      <w:pPr>
        <w:spacing w:after="40"/>
        <w:ind w:left="360"/>
      </w:pPr>
      <w:r>
        <w:t>B. Có cùng bậc và phần biến khác nhau.</w:t>
      </w:r>
    </w:p>
    <w:p>
      <w:pPr>
        <w:spacing w:after="40"/>
        <w:ind w:left="360"/>
      </w:pPr>
      <w:r>
        <w:t>C. Có hệ số giống nhau và phần biến bất kỳ.</w:t>
      </w:r>
    </w:p>
    <w:p>
      <w:pPr>
        <w:spacing w:after="40"/>
        <w:ind w:left="360"/>
      </w:pPr>
      <w:r>
        <w:t>D. Có cùng bậc và phần hệ số khác 0.</w:t>
      </w:r>
    </w:p>
    <w:p>
      <w:pPr>
        <w:spacing w:before="120" w:after="40"/>
      </w:pPr>
      <w:r>
        <w:rPr>
          <w:i/>
          <w:color w:val="787878"/>
        </w:rPr>
        <w:t>[Mức độ 2: Thông hiểu]</w:t>
      </w:r>
    </w:p>
    <w:p>
      <w:pPr>
        <w:spacing w:after="80"/>
      </w:pPr>
      <w:r>
        <w:rPr>
          <w:b/>
        </w:rPr>
        <w:t>Câu 5. Tìm bậc của đơn thức thu gọn A = -6x^3y.</w:t>
      </w:r>
    </w:p>
    <w:p>
      <w:pPr>
        <w:spacing w:after="40"/>
        <w:ind w:left="360"/>
      </w:pPr>
      <w:r>
        <w:t>A. 3</w:t>
      </w:r>
    </w:p>
    <w:p>
      <w:pPr>
        <w:spacing w:after="40"/>
        <w:ind w:left="360"/>
      </w:pPr>
      <w:r>
        <w:t>B. 1</w:t>
      </w:r>
    </w:p>
    <w:p>
      <w:pPr>
        <w:spacing w:after="40"/>
        <w:ind w:left="360"/>
      </w:pPr>
      <w:r>
        <w:t>C. 4</w:t>
      </w:r>
    </w:p>
    <w:p>
      <w:pPr>
        <w:spacing w:after="40"/>
        <w:ind w:left="360"/>
      </w:pPr>
      <w:r>
        <w:t>D. -6</w:t>
      </w:r>
    </w:p>
    <w:p>
      <w:pPr>
        <w:spacing w:before="120" w:after="40"/>
      </w:pPr>
      <w:r>
        <w:rPr>
          <w:i/>
          <w:color w:val="787878"/>
        </w:rPr>
        <w:t>[Mức độ 2: Thông hiểu]</w:t>
      </w:r>
    </w:p>
    <w:p>
      <w:pPr>
        <w:spacing w:after="80"/>
      </w:pPr>
      <w:r>
        <w:rPr>
          <w:b/>
        </w:rPr>
        <w:t>Câu 6. Đơn thức thu gọn -x^2y^2 có hệ số và phần biến lần lượt là gì?</w:t>
      </w:r>
    </w:p>
    <w:p>
      <w:pPr>
        <w:spacing w:after="40"/>
        <w:ind w:left="360"/>
      </w:pPr>
      <w:r>
        <w:t>A. Hệ số là 0, phần biến là x^2y^2.</w:t>
      </w:r>
    </w:p>
    <w:p>
      <w:pPr>
        <w:spacing w:after="40"/>
        <w:ind w:left="360"/>
      </w:pPr>
      <w:r>
        <w:t>B. Hệ số là 1, phần biến là -x^2y^2.</w:t>
      </w:r>
    </w:p>
    <w:p>
      <w:pPr>
        <w:spacing w:after="40"/>
        <w:ind w:left="360"/>
      </w:pPr>
      <w:r>
        <w:t>C. Hệ số là -1, phần biến là x^2y^2.</w:t>
      </w:r>
    </w:p>
    <w:p>
      <w:pPr>
        <w:spacing w:after="40"/>
        <w:ind w:left="360"/>
      </w:pPr>
      <w:r>
        <w:t>D. Hệ số là -1, phần biến là xy.</w:t>
      </w:r>
    </w:p>
    <w:p>
      <w:pPr>
        <w:spacing w:before="120" w:after="40"/>
      </w:pPr>
      <w:r>
        <w:rPr>
          <w:i/>
          <w:color w:val="787878"/>
        </w:rPr>
        <w:t>[Mức độ 2: Thông hiểu]</w:t>
      </w:r>
    </w:p>
    <w:p>
      <w:pPr>
        <w:spacing w:after="80"/>
      </w:pPr>
      <w:r>
        <w:rPr>
          <w:b/>
        </w:rPr>
        <w:t>Câu 7. Cho các đơn thức sau: A = 2x^2y^3; B = -5x^2y^3; C = x^3y^2. Phát biểu nào sau đây là đúng?</w:t>
      </w:r>
    </w:p>
    <w:p>
      <w:pPr>
        <w:spacing w:after="40"/>
        <w:ind w:left="360"/>
      </w:pPr>
      <w:r>
        <w:t>A. Cả ba đơn thức A, B, C đều đồng dạng với nhau vì có cùng bậc bằng 5.</w:t>
      </w:r>
    </w:p>
    <w:p>
      <w:pPr>
        <w:spacing w:after="40"/>
        <w:ind w:left="360"/>
      </w:pPr>
      <w:r>
        <w:t>B. Hai đơn thức A và B đồng dạng với nhau; đơn thức C không đồng dạng với A và B.</w:t>
      </w:r>
    </w:p>
    <w:p>
      <w:pPr>
        <w:spacing w:after="40"/>
        <w:ind w:left="360"/>
      </w:pPr>
      <w:r>
        <w:t>C. Hai đơn thức B và C đồng dạng với nhau; đơn thức A không đồng dạng với B và C.</w:t>
      </w:r>
    </w:p>
    <w:p>
      <w:pPr>
        <w:spacing w:after="40"/>
        <w:ind w:left="360"/>
      </w:pPr>
      <w:r>
        <w:t>D. Không có hai đơn thức nào đồng dạng với nhau.</w:t>
      </w:r>
    </w:p>
    <w:p>
      <w:pPr>
        <w:spacing w:before="120" w:after="40"/>
      </w:pPr>
      <w:r>
        <w:rPr>
          <w:i/>
          <w:color w:val="787878"/>
        </w:rPr>
        <w:t>[Mức độ 2: Thông hiểu]</w:t>
      </w:r>
    </w:p>
    <w:p>
      <w:pPr>
        <w:spacing w:after="80"/>
      </w:pPr>
      <w:r>
        <w:rPr>
          <w:b/>
        </w:rPr>
        <w:t>Câu 8. Biểu thức nào sau đây vẫn được coi là một đơn thức?</w:t>
      </w:r>
    </w:p>
    <w:p>
      <w:pPr>
        <w:spacing w:after="40"/>
        <w:ind w:left="360"/>
      </w:pPr>
      <w:r>
        <w:t>A. x + 2y</w:t>
      </w:r>
    </w:p>
    <w:p>
      <w:pPr>
        <w:spacing w:after="40"/>
        <w:ind w:left="360"/>
      </w:pPr>
      <w:r>
        <w:t>B. x^2 - 2x</w:t>
      </w:r>
    </w:p>
    <w:p>
      <w:pPr>
        <w:spacing w:after="40"/>
        <w:ind w:left="360"/>
      </w:pPr>
      <w:r>
        <w:t>C. (1 + \sqrt{2})x^2y</w:t>
      </w:r>
    </w:p>
    <w:p>
      <w:pPr>
        <w:spacing w:after="40"/>
        <w:ind w:left="360"/>
      </w:pPr>
      <w:r>
        <w:t>D. -2x + 7y</w:t>
      </w:r>
    </w:p>
    <w:p>
      <w:pPr>
        <w:spacing w:before="120" w:after="40"/>
      </w:pPr>
      <w:r>
        <w:rPr>
          <w:i/>
          <w:color w:val="787878"/>
        </w:rPr>
        <w:t>[Mức độ 3: Vận dụng]</w:t>
      </w:r>
    </w:p>
    <w:p>
      <w:pPr>
        <w:spacing w:after="80"/>
      </w:pPr>
      <w:r>
        <w:rPr>
          <w:b/>
        </w:rPr>
        <w:t>Câu 9. Thu gọn đơn thức P = 4,5x^2y(-2)xyz. Sau khi thu gọn đơn thức P, hệ số, phần biến và bậc của nó lần lượt là:</w:t>
      </w:r>
    </w:p>
    <w:p>
      <w:pPr>
        <w:spacing w:after="40"/>
        <w:ind w:left="360"/>
      </w:pPr>
      <w:r>
        <w:t>A. Hệ số là -9, phần biến là x^3y^2z, bậc là 6.</w:t>
      </w:r>
    </w:p>
    <w:p>
      <w:pPr>
        <w:spacing w:after="40"/>
        <w:ind w:left="360"/>
      </w:pPr>
      <w:r>
        <w:t>B. Hệ số là -9, phần biến là x^2y^2z, bậc là 5.</w:t>
      </w:r>
    </w:p>
    <w:p>
      <w:pPr>
        <w:spacing w:after="40"/>
        <w:ind w:left="360"/>
      </w:pPr>
      <w:r>
        <w:t>C. Hệ số là 9, phần biến là x^3y^2z, bậc là 6.</w:t>
      </w:r>
    </w:p>
    <w:p>
      <w:pPr>
        <w:spacing w:after="40"/>
        <w:ind w:left="360"/>
      </w:pPr>
      <w:r>
        <w:t>D. Hệ số là -9,5, phần biến là x^3y^2z, bậc là 6.</w:t>
      </w:r>
    </w:p>
    <w:p>
      <w:pPr>
        <w:spacing w:before="120" w:after="40"/>
      </w:pPr>
      <w:r>
        <w:rPr>
          <w:i/>
          <w:color w:val="787878"/>
        </w:rPr>
        <w:t>[Mức độ 3: Vận dụng]</w:t>
      </w:r>
    </w:p>
    <w:p>
      <w:pPr>
        <w:spacing w:after="80"/>
      </w:pPr>
      <w:r>
        <w:rPr>
          <w:b/>
        </w:rPr>
        <w:t>Câu 10. Cho ba đơn thức đồng dạng: -x^3y; 4x^3y và -2x^3y. Tổng S của ba đơn thức này tại x = 2; y = -3 có giá trị bằng bao nhiêu?</w:t>
      </w:r>
    </w:p>
    <w:p>
      <w:pPr>
        <w:spacing w:after="40"/>
        <w:ind w:left="360"/>
      </w:pPr>
      <w:r>
        <w:t>A. -24</w:t>
      </w:r>
    </w:p>
    <w:p>
      <w:pPr>
        <w:spacing w:after="40"/>
        <w:ind w:left="360"/>
      </w:pPr>
      <w:r>
        <w:t>B. 24</w:t>
      </w:r>
    </w:p>
    <w:p>
      <w:pPr>
        <w:spacing w:after="40"/>
        <w:ind w:left="360"/>
      </w:pPr>
      <w:r>
        <w:t>C. -8</w:t>
      </w:r>
    </w:p>
    <w:p>
      <w:pPr>
        <w:spacing w:after="40"/>
        <w:ind w:left="360"/>
      </w:pPr>
      <w:r>
        <w:t>D. -12</w:t>
      </w:r>
    </w:p>
    <w:p>
      <w:r>
        <w:br w:type="page"/>
      </w:r>
    </w:p>
    <w:p>
      <w:pPr>
        <w:pStyle w:val="Heading1"/>
      </w:pPr>
      <w:r>
        <w:rPr>
          <w:color w:val="2F5496"/>
        </w:rPr>
        <w:t>B. ĐÁP ÁN VÀ GIẢI THÍCH CHI TIẾT</w:t>
      </w:r>
    </w:p>
    <w:p>
      <w:pPr>
        <w:spacing w:after="120"/>
      </w:pPr>
      <w:r>
        <w:rPr>
          <w:b/>
        </w:rPr>
        <w:t>Câu 1: Chọn đáp án B.</w:t>
        <w:br/>
      </w:r>
      <w:r>
        <w:rPr>
          <w:i/>
        </w:rPr>
        <w:t>Giải thích: Theo định nghĩa, đơn thức là biểu thức đại số chỉ gồm một số, hoặc một biến, hoặc có dạng tích của những số và biến. Do đó 3x^3y là đơn thức. Các phương án khác chứa phép cộng hoặc trừ biến, hoặc chứa căn bậc hai của biến nên không phải là đơn thức.</w:t>
      </w:r>
    </w:p>
    <w:p>
      <w:pPr>
        <w:spacing w:after="120"/>
      </w:pPr>
      <w:r>
        <w:rPr>
          <w:b/>
        </w:rPr>
        <w:t>Câu 2: Chọn đáp án C.</w:t>
        <w:br/>
      </w:r>
      <w:r>
        <w:rPr>
          <w:i/>
        </w:rPr>
        <w:t>Giải thích: Đơn thức thu gọn là đơn thức chỉ gồm một số, hoặc có dạng tích của một số với những biến, mà mỗi biến chỉ xuất hiện một lần và đã được nâng lên luỹ thừa với số mũ nguyên dương. Trong các phương án, chỉ có 5x^2y^3z là đã thu gọn.</w:t>
      </w:r>
    </w:p>
    <w:p>
      <w:pPr>
        <w:spacing w:after="120"/>
      </w:pPr>
      <w:r>
        <w:rPr>
          <w:b/>
        </w:rPr>
        <w:t>Câu 3: Chọn đáp án B.</w:t>
        <w:br/>
      </w:r>
      <w:r>
        <w:rPr>
          <w:i/>
        </w:rPr>
        <w:t>Giải thích: Bậc của một đơn thức thu gọn có hệ số khác 0 là tổng số mũ của tất cả các biến có trong đơn thức đó.</w:t>
      </w:r>
    </w:p>
    <w:p>
      <w:pPr>
        <w:spacing w:after="120"/>
      </w:pPr>
      <w:r>
        <w:rPr>
          <w:b/>
        </w:rPr>
        <w:t>Câu 4: Chọn đáp án A.</w:t>
        <w:br/>
      </w:r>
      <w:r>
        <w:rPr>
          <w:i/>
        </w:rPr>
        <w:t>Giải thích: Hai đơn thức đồng dạng là hai đơn thức với hệ số khác 0 và có phần biến giống nhau.</w:t>
      </w:r>
    </w:p>
    <w:p>
      <w:pPr>
        <w:spacing w:after="120"/>
      </w:pPr>
      <w:r>
        <w:rPr>
          <w:b/>
        </w:rPr>
        <w:t>Câu 5: Chọn đáp án C.</w:t>
        <w:br/>
      </w:r>
      <w:r>
        <w:rPr>
          <w:i/>
        </w:rPr>
        <w:t>Giải thích: Đơn thức A = -6x^3y đã thu gọn, có phần biến là x^3y. Bậc của nó là tổng số mũ của các biến x và y, tức là 3 + 1 = 4.</w:t>
      </w:r>
    </w:p>
    <w:p>
      <w:pPr>
        <w:spacing w:after="120"/>
      </w:pPr>
      <w:r>
        <w:rPr>
          <w:b/>
        </w:rPr>
        <w:t>Câu 6: Chọn đáp án C.</w:t>
        <w:br/>
      </w:r>
      <w:r>
        <w:rPr>
          <w:i/>
        </w:rPr>
        <w:t>Giải thích: Với các đơn thức có hệ số là +1 hay -1, ta thông thường không viết số 1. Đơn thức -x^2y^2 có hệ số là -1 và phần biến là x^2y^2.</w:t>
      </w:r>
    </w:p>
    <w:p>
      <w:pPr>
        <w:spacing w:after="120"/>
      </w:pPr>
      <w:r>
        <w:rPr>
          <w:b/>
        </w:rPr>
        <w:t>Câu 7: Chọn đáp án B.</w:t>
        <w:br/>
      </w:r>
      <w:r>
        <w:rPr>
          <w:i/>
        </w:rPr>
        <w:t>Giải thích: Hai đơn thức A và B đồng dạng với nhau vì chúng có cùng phần biến là x^2y^3 và hệ số khác 0. Đơn thức C có phần biến là x^3y^2 (khác phần biến của A và B) nên không đồng dạng với chúng.</w:t>
      </w:r>
    </w:p>
    <w:p>
      <w:pPr>
        <w:spacing w:after="120"/>
      </w:pPr>
      <w:r>
        <w:rPr>
          <w:b/>
        </w:rPr>
        <w:t>Câu 8: Chọn đáp án C.</w:t>
        <w:br/>
      </w:r>
      <w:r>
        <w:rPr>
          <w:i/>
        </w:rPr>
        <w:t>Giải thích: Biểu thức (1 + \sqrt{2})x^2y là một đơn thức vì mặc dù phần hệ số có chứa phép cộng, nhưng phép cộng ở đây là cộng hai số cụ thể được xem là một số.</w:t>
      </w:r>
    </w:p>
    <w:p>
      <w:pPr>
        <w:spacing w:after="120"/>
      </w:pPr>
      <w:r>
        <w:rPr>
          <w:b/>
        </w:rPr>
        <w:t>Câu 9: Chọn đáp án A.</w:t>
        <w:br/>
      </w:r>
      <w:r>
        <w:rPr>
          <w:i/>
        </w:rPr>
        <w:t>Giải thích: Thu gọn: P = 4,5x^2y(-2)xyz = [4,5 * (-2)] * (x^2 * x) * (y * y) * z = -9x^3y^2z. Đơn thức này có hệ số là -9, phần biến là x^3y^2z và bậc là 3 + 2 + 1 = 6.</w:t>
      </w:r>
    </w:p>
    <w:p>
      <w:pPr>
        <w:spacing w:after="120"/>
      </w:pPr>
      <w:r>
        <w:rPr>
          <w:b/>
        </w:rPr>
        <w:t>Câu 10: Chọn đáp án A.</w:t>
        <w:br/>
      </w:r>
      <w:r>
        <w:rPr>
          <w:i/>
        </w:rPr>
        <w:t>Giải thích: Tính tổng: S = -x^3y + 4x^3y + (-2x^3y) = [-1 + 4 + (-2)]x^3y = 1x^3y = x^3y. Thay x = 2 và y = -3 vào S ta được S = 2^3 * (-3) = 8 * (-3) = -24.</w:t>
      </w:r>
    </w:p>
    <w:p>
      <w:r>
        <w:br w:type="page"/>
      </w:r>
    </w:p>
    <w:p>
      <w:pPr>
        <w:pStyle w:val="Heading1"/>
      </w:pPr>
      <w:r>
        <w:rPr>
          <w:color w:val="2F5496"/>
        </w:rPr>
        <w:t>C. PHIẾU HỌC TẬP TIẾT HỌC: BÀI 1 - ĐƠN THỨC</w:t>
      </w:r>
    </w:p>
    <w:p>
      <w:pPr>
        <w:spacing w:after="240"/>
        <w:jc w:val="left"/>
      </w:pPr>
      <w:r>
        <w:t>Họ và tên học sinh: ..............................................................   Lớp: 8.......   Ngày học: ...../...../2026</w:t>
      </w:r>
    </w:p>
    <w:p>
      <w:pPr>
        <w:pStyle w:val="Heading2"/>
      </w:pPr>
      <w:r>
        <w:rPr>
          <w:color w:val="7030A0"/>
        </w:rPr>
        <w:t>Phần I: Khắc sâu kiến thức (Điền vào chỗ trống)</w:t>
      </w:r>
    </w:p>
    <w:p>
      <w:pPr>
        <w:spacing w:after="80"/>
        <w:ind w:left="216"/>
      </w:pPr>
      <w:r>
        <w:rPr>
          <w:b/>
        </w:rPr>
        <w:t xml:space="preserve">1. Khái niệm đơn thức: </w:t>
      </w:r>
      <w:r>
        <w:t>Đơn thức là biểu thức đại số chỉ gồm ........................................, hoặc ........................................, hoặc có dạng ........................................ của những số và biến.</w:t>
      </w:r>
    </w:p>
    <w:p>
      <w:pPr>
        <w:spacing w:after="80"/>
        <w:ind w:left="216"/>
      </w:pPr>
      <w:r>
        <w:rPr>
          <w:b/>
        </w:rPr>
        <w:t xml:space="preserve">2. Khái niệm đơn thức thu gọn: </w:t>
      </w:r>
      <w:r>
        <w:t>Đơn thức thu gọn là đơn thức chỉ gồm một số, hoặc có dạng tích của một số với những biến, mà trong đó ........................................ chỉ xuất hiện ........................................ và đã được nâng lên luỹ thừa với số mũ nguyên dương.</w:t>
      </w:r>
    </w:p>
    <w:p>
      <w:pPr>
        <w:spacing w:after="80"/>
        <w:ind w:left="216"/>
      </w:pPr>
      <w:r>
        <w:rPr>
          <w:b/>
        </w:rPr>
        <w:t xml:space="preserve">3. Thành phần đơn thức thu gọn: </w:t>
      </w:r>
      <w:r>
        <w:t>Đơn thức thu gọn gồm phần số gọi là ........................................ và phần chữ gọi là ........................................</w:t>
      </w:r>
    </w:p>
    <w:p>
      <w:pPr>
        <w:spacing w:after="80"/>
        <w:ind w:left="216"/>
      </w:pPr>
      <w:r>
        <w:rPr>
          <w:b/>
        </w:rPr>
        <w:t xml:space="preserve">4. Bậc của đơn thức: </w:t>
      </w:r>
      <w:r>
        <w:t>Bậc của một đơn thức thu gọn có hệ số khác 0 là ........................................ của tất cả các biến có trong đơn thức đó. Mỗi số khác 0 là một đơn thức thu gọn bậc ............... Số 0 là đơn thức ........................................ bậc.</w:t>
      </w:r>
    </w:p>
    <w:p>
      <w:pPr>
        <w:spacing w:after="80"/>
        <w:ind w:left="216"/>
      </w:pPr>
      <w:r>
        <w:rPr>
          <w:b/>
        </w:rPr>
        <w:t xml:space="preserve">5. Khái niệm đơn thức đồng dạng: </w:t>
      </w:r>
      <w:r>
        <w:t>Hai đơn thức đồng dạng là hai đơn thức với ........................................ khác 0 và có ........................................ giống nhau.</w:t>
      </w:r>
    </w:p>
    <w:p>
      <w:pPr>
        <w:spacing w:after="80"/>
        <w:ind w:left="216"/>
      </w:pPr>
      <w:r>
        <w:rPr>
          <w:b/>
        </w:rPr>
        <w:t xml:space="preserve">6. Quy tắc cộng, trừ đơn thức đồng dạng: </w:t>
      </w:r>
      <w:r>
        <w:t>Muốn cộng (hay trừ) các đơn thức đồng dạng, ta cộng (hay trừ) ........................................ với nhau và ........................................ phần biến.</w:t>
      </w:r>
    </w:p>
    <w:p>
      <w:pPr>
        <w:pStyle w:val="Heading2"/>
      </w:pPr>
      <w:r>
        <w:rPr>
          <w:color w:val="7030A0"/>
        </w:rPr>
        <w:t>Phần II: Thực hành nhanh (Luyện tập tại lớp)</w:t>
      </w:r>
    </w:p>
    <w:p>
      <w:pPr>
        <w:spacing w:before="120" w:after="80"/>
      </w:pPr>
      <w:r>
        <w:rPr>
          <w:b/>
        </w:rPr>
        <w:t>Nhiệm vụ 1. Điền thông tin thích hợp vào các ô trống trong bảng sau:</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c>
          <w:tcPr>
            <w:tcW w:type="dxa" w:w="2592"/>
            <w:shd w:val="clear" w:color="auto" w:fill="2F5496"/>
          </w:tcPr>
          <w:p>
            <w:pPr>
              <w:spacing w:after="40" w:before="40"/>
              <w:jc w:val="center"/>
            </w:pPr>
            <w:r>
              <w:rPr>
                <w:b/>
                <w:color w:val="FFFFFF"/>
              </w:rPr>
              <w:t>Đơn thức chưa thu gọn</w:t>
            </w:r>
          </w:p>
        </w:tc>
        <w:tc>
          <w:tcPr>
            <w:tcW w:type="dxa" w:w="2160"/>
            <w:shd w:val="clear" w:color="auto" w:fill="2F5496"/>
          </w:tcPr>
          <w:p>
            <w:pPr>
              <w:spacing w:after="40" w:before="40"/>
              <w:jc w:val="center"/>
            </w:pPr>
            <w:r>
              <w:rPr>
                <w:b/>
                <w:color w:val="FFFFFF"/>
              </w:rPr>
              <w:t>Dạng thu gọn</w:t>
            </w:r>
          </w:p>
        </w:tc>
        <w:tc>
          <w:tcPr>
            <w:tcW w:type="dxa" w:w="1152"/>
            <w:shd w:val="clear" w:color="auto" w:fill="2F5496"/>
          </w:tcPr>
          <w:p>
            <w:pPr>
              <w:spacing w:after="40" w:before="40"/>
              <w:jc w:val="center"/>
            </w:pPr>
            <w:r>
              <w:rPr>
                <w:b/>
                <w:color w:val="FFFFFF"/>
              </w:rPr>
              <w:t>Hệ số</w:t>
            </w:r>
          </w:p>
        </w:tc>
        <w:tc>
          <w:tcPr>
            <w:tcW w:type="dxa" w:w="2016"/>
            <w:shd w:val="clear" w:color="auto" w:fill="2F5496"/>
          </w:tcPr>
          <w:p>
            <w:pPr>
              <w:spacing w:after="40" w:before="40"/>
              <w:jc w:val="center"/>
            </w:pPr>
            <w:r>
              <w:rPr>
                <w:b/>
                <w:color w:val="FFFFFF"/>
              </w:rPr>
              <w:t>Phần biến</w:t>
            </w:r>
          </w:p>
        </w:tc>
        <w:tc>
          <w:tcPr>
            <w:tcW w:type="dxa" w:w="1152"/>
            <w:shd w:val="clear" w:color="auto" w:fill="2F5496"/>
          </w:tcPr>
          <w:p>
            <w:pPr>
              <w:spacing w:after="40" w:before="40"/>
              <w:jc w:val="center"/>
            </w:pPr>
            <w:r>
              <w:rPr>
                <w:b/>
                <w:color w:val="FFFFFF"/>
              </w:rPr>
              <w:t>Bậc</w:t>
            </w:r>
          </w:p>
        </w:tc>
      </w:tr>
      <w:tr>
        <w:tc>
          <w:tcPr>
            <w:tcW w:type="dxa" w:w="2592"/>
          </w:tcPr>
          <w:p>
            <w:pPr>
              <w:spacing w:after="40" w:before="40"/>
              <w:jc w:val="left"/>
            </w:pPr>
            <w:r>
              <w:t>A = 2xy(-3)x^2</w:t>
            </w:r>
          </w:p>
        </w:tc>
        <w:tc>
          <w:tcPr>
            <w:tcW w:type="dxa" w:w="2160"/>
          </w:tcPr>
          <w:p>
            <w:pPr>
              <w:spacing w:after="40" w:before="40"/>
              <w:jc w:val="left"/>
            </w:pPr>
            <w:r>
              <w:t>.........................</w:t>
            </w:r>
          </w:p>
        </w:tc>
        <w:tc>
          <w:tcPr>
            <w:tcW w:type="dxa" w:w="1152"/>
          </w:tcPr>
          <w:p>
            <w:pPr>
              <w:spacing w:after="40" w:before="40"/>
              <w:jc w:val="center"/>
            </w:pPr>
            <w:r>
              <w:t>............</w:t>
            </w:r>
          </w:p>
        </w:tc>
        <w:tc>
          <w:tcPr>
            <w:tcW w:type="dxa" w:w="2016"/>
          </w:tcPr>
          <w:p>
            <w:pPr>
              <w:spacing w:after="40" w:before="40"/>
              <w:jc w:val="left"/>
            </w:pPr>
            <w:r>
              <w:t>.........................</w:t>
            </w:r>
          </w:p>
        </w:tc>
        <w:tc>
          <w:tcPr>
            <w:tcW w:type="dxa" w:w="1152"/>
          </w:tcPr>
          <w:p>
            <w:pPr>
              <w:spacing w:after="40" w:before="40"/>
              <w:jc w:val="center"/>
            </w:pPr>
            <w:r>
              <w:t>............</w:t>
            </w:r>
          </w:p>
        </w:tc>
      </w:tr>
      <w:tr>
        <w:tc>
          <w:tcPr>
            <w:tcW w:type="dxa" w:w="2592"/>
          </w:tcPr>
          <w:p>
            <w:pPr>
              <w:spacing w:after="40" w:before="40"/>
              <w:jc w:val="left"/>
            </w:pPr>
            <w:r>
              <w:t>B = 0,5xy^2 * 4x^2</w:t>
            </w:r>
          </w:p>
        </w:tc>
        <w:tc>
          <w:tcPr>
            <w:tcW w:type="dxa" w:w="2160"/>
          </w:tcPr>
          <w:p>
            <w:pPr>
              <w:spacing w:after="40" w:before="40"/>
              <w:jc w:val="left"/>
            </w:pPr>
            <w:r>
              <w:t>.........................</w:t>
            </w:r>
          </w:p>
        </w:tc>
        <w:tc>
          <w:tcPr>
            <w:tcW w:type="dxa" w:w="1152"/>
          </w:tcPr>
          <w:p>
            <w:pPr>
              <w:spacing w:after="40" w:before="40"/>
              <w:jc w:val="center"/>
            </w:pPr>
            <w:r>
              <w:t>............</w:t>
            </w:r>
          </w:p>
        </w:tc>
        <w:tc>
          <w:tcPr>
            <w:tcW w:type="dxa" w:w="2016"/>
          </w:tcPr>
          <w:p>
            <w:pPr>
              <w:spacing w:after="40" w:before="40"/>
              <w:jc w:val="left"/>
            </w:pPr>
            <w:r>
              <w:t>.........................</w:t>
            </w:r>
          </w:p>
        </w:tc>
        <w:tc>
          <w:tcPr>
            <w:tcW w:type="dxa" w:w="1152"/>
          </w:tcPr>
          <w:p>
            <w:pPr>
              <w:spacing w:after="40" w:before="40"/>
              <w:jc w:val="center"/>
            </w:pPr>
            <w:r>
              <w:t>............</w:t>
            </w:r>
          </w:p>
        </w:tc>
      </w:tr>
      <w:tr>
        <w:tc>
          <w:tcPr>
            <w:tcW w:type="dxa" w:w="2592"/>
          </w:tcPr>
          <w:p>
            <w:pPr>
              <w:spacing w:after="40" w:before="40"/>
              <w:jc w:val="left"/>
            </w:pPr>
            <w:r>
              <w:t>C = 5x^2y^3z</w:t>
            </w:r>
          </w:p>
        </w:tc>
        <w:tc>
          <w:tcPr>
            <w:tcW w:type="dxa" w:w="2160"/>
          </w:tcPr>
          <w:p>
            <w:pPr>
              <w:spacing w:after="40" w:before="40"/>
              <w:jc w:val="left"/>
            </w:pPr>
            <w:r>
              <w:t>.........................</w:t>
            </w:r>
          </w:p>
        </w:tc>
        <w:tc>
          <w:tcPr>
            <w:tcW w:type="dxa" w:w="1152"/>
          </w:tcPr>
          <w:p>
            <w:pPr>
              <w:spacing w:after="40" w:before="40"/>
              <w:jc w:val="center"/>
            </w:pPr>
            <w:r>
              <w:t>............</w:t>
            </w:r>
          </w:p>
        </w:tc>
        <w:tc>
          <w:tcPr>
            <w:tcW w:type="dxa" w:w="2016"/>
          </w:tcPr>
          <w:p>
            <w:pPr>
              <w:spacing w:after="40" w:before="40"/>
              <w:jc w:val="left"/>
            </w:pPr>
            <w:r>
              <w:t>.........................</w:t>
            </w:r>
          </w:p>
        </w:tc>
        <w:tc>
          <w:tcPr>
            <w:tcW w:type="dxa" w:w="1152"/>
          </w:tcPr>
          <w:p>
            <w:pPr>
              <w:spacing w:after="40" w:before="40"/>
              <w:jc w:val="center"/>
            </w:pPr>
            <w:r>
              <w:t>............</w:t>
            </w:r>
          </w:p>
        </w:tc>
      </w:tr>
    </w:tbl>
    <w:p>
      <w:pPr>
        <w:spacing w:after="120"/>
      </w:pPr>
    </w:p>
    <w:p>
      <w:pPr>
        <w:spacing w:after="80"/>
      </w:pPr>
      <w:r>
        <w:rPr>
          <w:b/>
        </w:rPr>
        <w:t>Nhiệm vụ 2. Hãy ghép các đơn thức đồng dạng vào từng nhóm thích hợp:</w:t>
      </w:r>
    </w:p>
    <w:p>
      <w:pPr>
        <w:spacing w:after="80"/>
        <w:ind w:left="216"/>
      </w:pPr>
      <w:r>
        <w:t>Cho các đơn thức: -x^3y; 4x^3y; -2x^3y; 5x^2y; -3x^2y.</w:t>
        <w:br/>
      </w:r>
      <w:r>
        <w:t>- Nhóm 1 (Đồng dạng với -x^3y): ..........................................................................................</w:t>
        <w:br/>
      </w:r>
      <w:r>
        <w:t>- Nhóm 2 (Đồng dạng với 5x^2y): ..........................................................................................</w:t>
      </w:r>
    </w:p>
    <w:p>
      <w:pPr>
        <w:spacing w:before="120" w:after="80"/>
      </w:pPr>
      <w:r>
        <w:rPr>
          <w:b/>
        </w:rPr>
        <w:t>Nhiệm vụ 3. Thực hiện phép tính cộng trừ đơn thức đồng dạng:</w:t>
      </w:r>
    </w:p>
    <w:p>
      <w:pPr>
        <w:spacing w:after="80"/>
        <w:ind w:left="216"/>
      </w:pPr>
      <w:r>
        <w:t>a) Tính tổng S = -x^3y + 4x^3y + (-2x^3y)</w:t>
        <w:br/>
      </w:r>
      <w:r>
        <w:t>Lời giải: S = ...............................................................................................................................</w:t>
        <w:br/>
        <w:br/>
      </w:r>
      <w:r>
        <w:t>b) Tính giá trị của tổng S tại x = 2; y = -3</w:t>
        <w:br/>
      </w:r>
      <w:r>
        <w:t>Lời giải: ....................................................................................................................................</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